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49172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18_25 A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49172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20_47 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23_24 A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24_19 A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25_24 AM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26_12 AM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982143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31_44 AM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9821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556153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34_44 AM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5561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949440" cy="556153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tGPT Image Aug 17, 2026 at 11_35_43 AM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49440" cy="556153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